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2A91" w14:textId="77777777" w:rsidR="0013131F" w:rsidRDefault="00000000">
      <w:pPr>
        <w:pStyle w:val="Title"/>
        <w:jc w:val="center"/>
      </w:pPr>
      <w:r>
        <w:t>BLEC Healthy Futures Youth Enrichment Program</w:t>
      </w:r>
    </w:p>
    <w:p w14:paraId="343B05DF" w14:textId="77777777" w:rsidR="0013131F" w:rsidRDefault="00000000">
      <w:pPr>
        <w:jc w:val="center"/>
      </w:pPr>
      <w:r>
        <w:rPr>
          <w:b/>
        </w:rPr>
        <w:t>2026–2027 Afterschool &amp; Summer Camp Registration Packet</w:t>
      </w:r>
      <w:r>
        <w:rPr>
          <w:b/>
        </w:rPr>
        <w:br/>
      </w:r>
      <w:r>
        <w:t>Proudly Funded by Diabetes Free SC</w:t>
      </w:r>
      <w:r>
        <w:br/>
        <w:t>FREE for Eligible Families</w:t>
      </w:r>
      <w:r>
        <w:br/>
        <w:t>Serving Students from Northside Middle School and East Point Middle Campus Only</w:t>
      </w:r>
    </w:p>
    <w:p w14:paraId="575D05F7" w14:textId="77777777" w:rsidR="0013131F" w:rsidRDefault="00000000">
      <w:pPr>
        <w:pStyle w:val="Heading1"/>
      </w:pPr>
      <w:r>
        <w:t>1. Program Enrollment Selection</w:t>
      </w:r>
    </w:p>
    <w:p w14:paraId="26BAB949" w14:textId="77777777" w:rsidR="0013131F" w:rsidRDefault="00000000">
      <w:r>
        <w:t>Please check all programs you are registering for:</w:t>
      </w:r>
    </w:p>
    <w:p w14:paraId="6462F637" w14:textId="77777777" w:rsidR="0013131F" w:rsidRDefault="00000000">
      <w:pPr>
        <w:pStyle w:val="ListBullet"/>
      </w:pPr>
      <w:r>
        <w:t>☐ 2026 Fall Afterschool Program (Aug. 24, 2026 – Dec. 11, 2026 | Mon–Fri | 3:30–6:30 PM)</w:t>
      </w:r>
    </w:p>
    <w:p w14:paraId="438C8DDF" w14:textId="77777777" w:rsidR="0013131F" w:rsidRDefault="00000000">
      <w:pPr>
        <w:pStyle w:val="ListBullet"/>
      </w:pPr>
      <w:r>
        <w:t>☐ 2027 Spring Afterschool Program (Jan. 25, 2027 – May 14, 2027 | Mon–Fri | 3:30–6:30 PM)</w:t>
      </w:r>
    </w:p>
    <w:p w14:paraId="022B8174" w14:textId="77777777" w:rsidR="0013131F" w:rsidRDefault="00000000">
      <w:pPr>
        <w:pStyle w:val="ListBullet"/>
      </w:pPr>
      <w:r>
        <w:t>☐ 2027 Summer Camp (June 7, 2027 – July 16, 2027 | Mon–Fri | 7:00 AM–4:00 PM)</w:t>
      </w:r>
    </w:p>
    <w:p w14:paraId="5A11DFA9" w14:textId="77777777" w:rsidR="0013131F" w:rsidRDefault="00000000">
      <w:pPr>
        <w:pStyle w:val="Heading1"/>
      </w:pPr>
      <w:r>
        <w:t>2. Student Information</w:t>
      </w:r>
    </w:p>
    <w:p w14:paraId="7ABE29CA" w14:textId="77777777" w:rsidR="0013131F" w:rsidRDefault="00000000">
      <w:r>
        <w:t>Student Name: ____________________________</w:t>
      </w:r>
    </w:p>
    <w:p w14:paraId="6C562197" w14:textId="77777777" w:rsidR="0013131F" w:rsidRDefault="00000000">
      <w:r>
        <w:t>Date of Birth: __________ Grade: ______</w:t>
      </w:r>
    </w:p>
    <w:p w14:paraId="3F539DC2" w14:textId="77777777" w:rsidR="0013131F" w:rsidRDefault="00000000">
      <w:r>
        <w:t>School: ________________________________</w:t>
      </w:r>
    </w:p>
    <w:p w14:paraId="05D7F7B8" w14:textId="77777777" w:rsidR="0013131F" w:rsidRDefault="00000000">
      <w:r>
        <w:t>Home Address: ______________________________________________</w:t>
      </w:r>
    </w:p>
    <w:p w14:paraId="4946F1F5" w14:textId="77777777" w:rsidR="0013131F" w:rsidRDefault="00000000">
      <w:r>
        <w:t>Parent/Guardian: ____________________________________________</w:t>
      </w:r>
    </w:p>
    <w:p w14:paraId="41BD32F9" w14:textId="77777777" w:rsidR="0013131F" w:rsidRDefault="00000000">
      <w:r>
        <w:t>Primary Phone: __________________ Email: ____________________</w:t>
      </w:r>
    </w:p>
    <w:p w14:paraId="125954AC" w14:textId="77777777" w:rsidR="0013131F" w:rsidRDefault="00000000">
      <w:r>
        <w:t>Emergency Contact: __________________ Phone: ________________</w:t>
      </w:r>
    </w:p>
    <w:p w14:paraId="081218A3" w14:textId="77777777" w:rsidR="0013131F" w:rsidRDefault="00000000">
      <w:pPr>
        <w:pStyle w:val="Heading1"/>
      </w:pPr>
      <w:r>
        <w:t>3. Medical Information</w:t>
      </w:r>
    </w:p>
    <w:p w14:paraId="3947EA00" w14:textId="77777777" w:rsidR="0013131F" w:rsidRDefault="00000000">
      <w:r>
        <w:t>Physician: __________________ Phone: __________________</w:t>
      </w:r>
    </w:p>
    <w:p w14:paraId="16E8D21A" w14:textId="77777777" w:rsidR="0013131F" w:rsidRDefault="00000000">
      <w:r>
        <w:t>Allergies: ____________________________________________</w:t>
      </w:r>
    </w:p>
    <w:p w14:paraId="7CD0E996" w14:textId="77777777" w:rsidR="0013131F" w:rsidRDefault="00000000">
      <w:r>
        <w:t>Medical Conditions: ___________________________________</w:t>
      </w:r>
    </w:p>
    <w:p w14:paraId="759E1DE5" w14:textId="77777777" w:rsidR="0013131F" w:rsidRDefault="00000000">
      <w:r>
        <w:t>Medications: __________________________________________</w:t>
      </w:r>
    </w:p>
    <w:p w14:paraId="4DEDC484" w14:textId="77777777" w:rsidR="0013131F" w:rsidRDefault="00000000">
      <w:pPr>
        <w:pStyle w:val="Heading1"/>
      </w:pPr>
      <w:r>
        <w:lastRenderedPageBreak/>
        <w:t>4. Transportation Authorization</w:t>
      </w:r>
    </w:p>
    <w:p w14:paraId="3598CC34" w14:textId="77777777" w:rsidR="0013131F" w:rsidRDefault="00000000">
      <w:pPr>
        <w:pStyle w:val="ListBullet"/>
      </w:pPr>
      <w:r>
        <w:t>☐ My child may ride the school bus from Northside Middle School/East Point Middle Campus to BLEC.</w:t>
      </w:r>
    </w:p>
    <w:p w14:paraId="41DEAEF9" w14:textId="77777777" w:rsidR="0013131F" w:rsidRDefault="00000000">
      <w:pPr>
        <w:pStyle w:val="ListBullet"/>
      </w:pPr>
      <w:r>
        <w:t>☐ My child may be transported home by BLEC if eligible.</w:t>
      </w:r>
    </w:p>
    <w:p w14:paraId="16EB5642" w14:textId="77777777" w:rsidR="0013131F" w:rsidRDefault="00000000">
      <w:pPr>
        <w:pStyle w:val="ListBullet"/>
      </w:pPr>
      <w:r>
        <w:t>☐ My child has permission to ride BLEC transportation for educational field trips.</w:t>
      </w:r>
    </w:p>
    <w:p w14:paraId="5D58E69C" w14:textId="77777777" w:rsidR="0013131F" w:rsidRDefault="00000000">
      <w:pPr>
        <w:pStyle w:val="ListBullet"/>
      </w:pPr>
      <w:r>
        <w:t>☐ My child will be picked up by a parent/guardian.</w:t>
      </w:r>
    </w:p>
    <w:p w14:paraId="3693D733" w14:textId="77777777" w:rsidR="0013131F" w:rsidRDefault="00000000">
      <w:pPr>
        <w:pStyle w:val="Heading1"/>
      </w:pPr>
      <w:r>
        <w:t>5. Authorized Pick-Up</w:t>
      </w:r>
    </w:p>
    <w:p w14:paraId="60B381EA" w14:textId="77777777" w:rsidR="0013131F" w:rsidRDefault="00000000">
      <w:r>
        <w:t>Only the people listed below may pick up my child.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13131F" w14:paraId="5F1E2B50" w14:textId="77777777">
        <w:tc>
          <w:tcPr>
            <w:tcW w:w="2160" w:type="dxa"/>
          </w:tcPr>
          <w:p w14:paraId="618BC54C" w14:textId="77777777" w:rsidR="0013131F" w:rsidRDefault="00000000">
            <w:r>
              <w:t>Name</w:t>
            </w:r>
          </w:p>
        </w:tc>
        <w:tc>
          <w:tcPr>
            <w:tcW w:w="2160" w:type="dxa"/>
          </w:tcPr>
          <w:p w14:paraId="4A1CE5E7" w14:textId="77777777" w:rsidR="0013131F" w:rsidRDefault="00000000">
            <w:r>
              <w:t>Relationship</w:t>
            </w:r>
          </w:p>
        </w:tc>
        <w:tc>
          <w:tcPr>
            <w:tcW w:w="2160" w:type="dxa"/>
          </w:tcPr>
          <w:p w14:paraId="51AC9AF8" w14:textId="77777777" w:rsidR="0013131F" w:rsidRDefault="00000000">
            <w:r>
              <w:t>Phone</w:t>
            </w:r>
          </w:p>
        </w:tc>
        <w:tc>
          <w:tcPr>
            <w:tcW w:w="2160" w:type="dxa"/>
          </w:tcPr>
          <w:p w14:paraId="65C203F1" w14:textId="77777777" w:rsidR="0013131F" w:rsidRDefault="00000000">
            <w:r>
              <w:t>Alternate Phone</w:t>
            </w:r>
          </w:p>
        </w:tc>
      </w:tr>
      <w:tr w:rsidR="0013131F" w14:paraId="54E99978" w14:textId="77777777">
        <w:tc>
          <w:tcPr>
            <w:tcW w:w="2160" w:type="dxa"/>
          </w:tcPr>
          <w:p w14:paraId="23707215" w14:textId="77777777" w:rsidR="0013131F" w:rsidRDefault="0013131F"/>
        </w:tc>
        <w:tc>
          <w:tcPr>
            <w:tcW w:w="2160" w:type="dxa"/>
          </w:tcPr>
          <w:p w14:paraId="2BD55730" w14:textId="77777777" w:rsidR="0013131F" w:rsidRDefault="0013131F"/>
        </w:tc>
        <w:tc>
          <w:tcPr>
            <w:tcW w:w="2160" w:type="dxa"/>
          </w:tcPr>
          <w:p w14:paraId="327E91D2" w14:textId="77777777" w:rsidR="0013131F" w:rsidRDefault="0013131F"/>
        </w:tc>
        <w:tc>
          <w:tcPr>
            <w:tcW w:w="2160" w:type="dxa"/>
          </w:tcPr>
          <w:p w14:paraId="3CAD06C5" w14:textId="77777777" w:rsidR="0013131F" w:rsidRDefault="0013131F"/>
        </w:tc>
      </w:tr>
      <w:tr w:rsidR="0013131F" w14:paraId="0A6C523A" w14:textId="77777777">
        <w:tc>
          <w:tcPr>
            <w:tcW w:w="2160" w:type="dxa"/>
          </w:tcPr>
          <w:p w14:paraId="20B16BA2" w14:textId="77777777" w:rsidR="0013131F" w:rsidRDefault="0013131F"/>
        </w:tc>
        <w:tc>
          <w:tcPr>
            <w:tcW w:w="2160" w:type="dxa"/>
          </w:tcPr>
          <w:p w14:paraId="517AF3ED" w14:textId="77777777" w:rsidR="0013131F" w:rsidRDefault="0013131F"/>
        </w:tc>
        <w:tc>
          <w:tcPr>
            <w:tcW w:w="2160" w:type="dxa"/>
          </w:tcPr>
          <w:p w14:paraId="74ECAF46" w14:textId="77777777" w:rsidR="0013131F" w:rsidRDefault="0013131F"/>
        </w:tc>
        <w:tc>
          <w:tcPr>
            <w:tcW w:w="2160" w:type="dxa"/>
          </w:tcPr>
          <w:p w14:paraId="370D0B03" w14:textId="77777777" w:rsidR="0013131F" w:rsidRDefault="0013131F"/>
        </w:tc>
      </w:tr>
      <w:tr w:rsidR="0013131F" w14:paraId="44FC4651" w14:textId="77777777">
        <w:tc>
          <w:tcPr>
            <w:tcW w:w="2160" w:type="dxa"/>
          </w:tcPr>
          <w:p w14:paraId="789B3044" w14:textId="77777777" w:rsidR="0013131F" w:rsidRDefault="0013131F"/>
        </w:tc>
        <w:tc>
          <w:tcPr>
            <w:tcW w:w="2160" w:type="dxa"/>
          </w:tcPr>
          <w:p w14:paraId="74979F8E" w14:textId="77777777" w:rsidR="0013131F" w:rsidRDefault="0013131F"/>
        </w:tc>
        <w:tc>
          <w:tcPr>
            <w:tcW w:w="2160" w:type="dxa"/>
          </w:tcPr>
          <w:p w14:paraId="77D0F85A" w14:textId="77777777" w:rsidR="0013131F" w:rsidRDefault="0013131F"/>
        </w:tc>
        <w:tc>
          <w:tcPr>
            <w:tcW w:w="2160" w:type="dxa"/>
          </w:tcPr>
          <w:p w14:paraId="26D498F2" w14:textId="77777777" w:rsidR="0013131F" w:rsidRDefault="0013131F"/>
        </w:tc>
      </w:tr>
      <w:tr w:rsidR="0013131F" w14:paraId="11D53DF5" w14:textId="77777777">
        <w:tc>
          <w:tcPr>
            <w:tcW w:w="2160" w:type="dxa"/>
          </w:tcPr>
          <w:p w14:paraId="1D22796E" w14:textId="77777777" w:rsidR="0013131F" w:rsidRDefault="0013131F"/>
        </w:tc>
        <w:tc>
          <w:tcPr>
            <w:tcW w:w="2160" w:type="dxa"/>
          </w:tcPr>
          <w:p w14:paraId="4E9928EF" w14:textId="77777777" w:rsidR="0013131F" w:rsidRDefault="0013131F"/>
        </w:tc>
        <w:tc>
          <w:tcPr>
            <w:tcW w:w="2160" w:type="dxa"/>
          </w:tcPr>
          <w:p w14:paraId="64C42699" w14:textId="77777777" w:rsidR="0013131F" w:rsidRDefault="0013131F"/>
        </w:tc>
        <w:tc>
          <w:tcPr>
            <w:tcW w:w="2160" w:type="dxa"/>
          </w:tcPr>
          <w:p w14:paraId="5409AA40" w14:textId="77777777" w:rsidR="0013131F" w:rsidRDefault="0013131F"/>
        </w:tc>
      </w:tr>
      <w:tr w:rsidR="0013131F" w14:paraId="03CF0ABC" w14:textId="77777777">
        <w:tc>
          <w:tcPr>
            <w:tcW w:w="2160" w:type="dxa"/>
          </w:tcPr>
          <w:p w14:paraId="3CB69847" w14:textId="77777777" w:rsidR="0013131F" w:rsidRDefault="0013131F"/>
        </w:tc>
        <w:tc>
          <w:tcPr>
            <w:tcW w:w="2160" w:type="dxa"/>
          </w:tcPr>
          <w:p w14:paraId="43FC9F14" w14:textId="77777777" w:rsidR="0013131F" w:rsidRDefault="0013131F"/>
        </w:tc>
        <w:tc>
          <w:tcPr>
            <w:tcW w:w="2160" w:type="dxa"/>
          </w:tcPr>
          <w:p w14:paraId="4D6FA073" w14:textId="77777777" w:rsidR="0013131F" w:rsidRDefault="0013131F"/>
        </w:tc>
        <w:tc>
          <w:tcPr>
            <w:tcW w:w="2160" w:type="dxa"/>
          </w:tcPr>
          <w:p w14:paraId="4E6B41FB" w14:textId="77777777" w:rsidR="0013131F" w:rsidRDefault="0013131F"/>
        </w:tc>
      </w:tr>
    </w:tbl>
    <w:p w14:paraId="38DB8BE4" w14:textId="77777777" w:rsidR="0013131F" w:rsidRDefault="00000000">
      <w:pPr>
        <w:pStyle w:val="Heading1"/>
      </w:pPr>
      <w:r>
        <w:t>6. Parent Permissions</w:t>
      </w:r>
    </w:p>
    <w:p w14:paraId="59926924" w14:textId="77777777" w:rsidR="0013131F" w:rsidRDefault="00000000">
      <w:pPr>
        <w:pStyle w:val="ListBullet"/>
      </w:pPr>
      <w:r>
        <w:t>☐ I give permission for my child to participate in the BLEC Healthy Futures Youth Enrichment Program.</w:t>
      </w:r>
    </w:p>
    <w:p w14:paraId="60D87693" w14:textId="77777777" w:rsidR="0013131F" w:rsidRDefault="00000000">
      <w:pPr>
        <w:pStyle w:val="ListBullet"/>
      </w:pPr>
      <w:r>
        <w:t>☐ I authorize emergency medical treatment if I cannot be reached.</w:t>
      </w:r>
    </w:p>
    <w:p w14:paraId="6B49BFD7" w14:textId="77777777" w:rsidR="0013131F" w:rsidRDefault="00000000">
      <w:pPr>
        <w:pStyle w:val="ListBullet"/>
      </w:pPr>
      <w:r>
        <w:t>☐ I authorize BLEC and Diabetes Free SC to use photographs/video of my child for educational, promotional, website, social media, and grant reporting purposes.</w:t>
      </w:r>
    </w:p>
    <w:p w14:paraId="07517E2A" w14:textId="77777777" w:rsidR="0013131F" w:rsidRDefault="00000000">
      <w:pPr>
        <w:pStyle w:val="ListBullet"/>
      </w:pPr>
      <w:r>
        <w:t>☐ I acknowledge my child will follow program rules and expectations.</w:t>
      </w:r>
    </w:p>
    <w:p w14:paraId="5C61C9D4" w14:textId="77777777" w:rsidR="0013131F" w:rsidRDefault="00000000">
      <w:pPr>
        <w:pStyle w:val="Heading1"/>
      </w:pPr>
      <w:r>
        <w:t>7. Parent/Guardian Agreement</w:t>
      </w:r>
    </w:p>
    <w:p w14:paraId="2E88A92D" w14:textId="77777777" w:rsidR="0013131F" w:rsidRDefault="00000000">
      <w:r>
        <w:t>I certify that the information provided is accurate and give permission for my child to participate.</w:t>
      </w:r>
    </w:p>
    <w:p w14:paraId="4BCEF10C" w14:textId="77777777" w:rsidR="0013131F" w:rsidRDefault="00000000">
      <w:r>
        <w:br/>
        <w:t>Parent/Guardian Signature: ______________________ Date: __________</w:t>
      </w:r>
    </w:p>
    <w:p w14:paraId="5D02410F" w14:textId="77777777" w:rsidR="0013131F" w:rsidRDefault="00000000">
      <w:r>
        <w:t>Student Signature: ______________________________ Date: __________</w:t>
      </w:r>
    </w:p>
    <w:p w14:paraId="3A86C546" w14:textId="77777777" w:rsidR="0013131F" w:rsidRDefault="00000000">
      <w:pPr>
        <w:pStyle w:val="Heading1"/>
      </w:pPr>
      <w:r>
        <w:t>8. Contact Information</w:t>
      </w:r>
    </w:p>
    <w:p w14:paraId="5F4AECB0" w14:textId="77777777" w:rsidR="0013131F" w:rsidRDefault="00000000">
      <w:r>
        <w:t>Tori Seymour, M.Ed.</w:t>
      </w:r>
      <w:r>
        <w:br/>
        <w:t>Project Director</w:t>
      </w:r>
      <w:r>
        <w:br/>
        <w:t>Brookland-Lakeview Empowerment Center</w:t>
      </w:r>
      <w:r>
        <w:br/>
        <w:t>1218 Batchelor Street</w:t>
      </w:r>
      <w:r>
        <w:br/>
        <w:t>West Columbia, SC 29169</w:t>
      </w:r>
      <w:r>
        <w:br/>
      </w:r>
      <w:r>
        <w:lastRenderedPageBreak/>
        <w:t>Phone: 843-478-5175</w:t>
      </w:r>
      <w:r>
        <w:br/>
        <w:t>Email: tseymour@brookland.cc</w:t>
      </w:r>
    </w:p>
    <w:sectPr w:rsidR="001313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628827">
    <w:abstractNumId w:val="8"/>
  </w:num>
  <w:num w:numId="2" w16cid:durableId="1252197235">
    <w:abstractNumId w:val="6"/>
  </w:num>
  <w:num w:numId="3" w16cid:durableId="543760897">
    <w:abstractNumId w:val="5"/>
  </w:num>
  <w:num w:numId="4" w16cid:durableId="868686650">
    <w:abstractNumId w:val="4"/>
  </w:num>
  <w:num w:numId="5" w16cid:durableId="250428910">
    <w:abstractNumId w:val="7"/>
  </w:num>
  <w:num w:numId="6" w16cid:durableId="902521806">
    <w:abstractNumId w:val="3"/>
  </w:num>
  <w:num w:numId="7" w16cid:durableId="1323509912">
    <w:abstractNumId w:val="2"/>
  </w:num>
  <w:num w:numId="8" w16cid:durableId="343829019">
    <w:abstractNumId w:val="1"/>
  </w:num>
  <w:num w:numId="9" w16cid:durableId="85774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131F"/>
    <w:rsid w:val="0015074B"/>
    <w:rsid w:val="0029639D"/>
    <w:rsid w:val="002A5741"/>
    <w:rsid w:val="002C5A09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154CD"/>
  <w14:defaultImageDpi w14:val="300"/>
  <w15:docId w15:val="{EDD561B7-09E2-4500-82CF-EF2E9CD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cindye richburg cotton</cp:lastModifiedBy>
  <cp:revision>2</cp:revision>
  <dcterms:created xsi:type="dcterms:W3CDTF">2026-07-20T00:25:00Z</dcterms:created>
  <dcterms:modified xsi:type="dcterms:W3CDTF">2026-07-20T00:25:00Z</dcterms:modified>
  <cp:category/>
</cp:coreProperties>
</file>